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1C51A" w14:textId="5ED38170" w:rsidR="00F247B0" w:rsidRPr="00F247B0" w:rsidRDefault="00F247B0" w:rsidP="00F247B0">
      <w:pPr>
        <w:jc w:val="center"/>
        <w:rPr>
          <w:b/>
          <w:bCs/>
          <w:sz w:val="22"/>
        </w:rPr>
      </w:pPr>
      <w:proofErr w:type="spellStart"/>
      <w:r>
        <w:rPr>
          <w:b/>
          <w:bCs/>
          <w:sz w:val="22"/>
        </w:rPr>
        <w:t>Mae’r</w:t>
      </w:r>
      <w:proofErr w:type="spellEnd"/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22"/>
        </w:rPr>
        <w:t>ddogfen</w:t>
      </w:r>
      <w:proofErr w:type="spellEnd"/>
      <w:r>
        <w:rPr>
          <w:b/>
          <w:bCs/>
          <w:sz w:val="22"/>
        </w:rPr>
        <w:t xml:space="preserve"> hon </w:t>
      </w:r>
      <w:proofErr w:type="spellStart"/>
      <w:r>
        <w:rPr>
          <w:b/>
          <w:bCs/>
          <w:sz w:val="22"/>
        </w:rPr>
        <w:t>hefyd</w:t>
      </w:r>
      <w:proofErr w:type="spellEnd"/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22"/>
        </w:rPr>
        <w:t>ar</w:t>
      </w:r>
      <w:proofErr w:type="spellEnd"/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22"/>
        </w:rPr>
        <w:t>gael</w:t>
      </w:r>
      <w:proofErr w:type="spellEnd"/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22"/>
        </w:rPr>
        <w:t>yn</w:t>
      </w:r>
      <w:proofErr w:type="spellEnd"/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22"/>
        </w:rPr>
        <w:t>Gymraeg</w:t>
      </w:r>
      <w:proofErr w:type="spellEnd"/>
      <w:r>
        <w:rPr>
          <w:b/>
          <w:bCs/>
          <w:sz w:val="22"/>
        </w:rPr>
        <w:t xml:space="preserve"> / This document is also available in Welsh</w:t>
      </w:r>
    </w:p>
    <w:p w14:paraId="34E916DE" w14:textId="2BA4EBAB" w:rsidR="00523665" w:rsidRDefault="005D181A">
      <w:pPr>
        <w:pStyle w:val="Title"/>
        <w:jc w:val="center"/>
      </w:pPr>
      <w:r>
        <w:t>Travel to Cardiff Met without going via the city centre</w:t>
      </w:r>
    </w:p>
    <w:p w14:paraId="4136E179" w14:textId="6EEB8667" w:rsidR="00523665" w:rsidRPr="00827889" w:rsidRDefault="005D181A" w:rsidP="00827889">
      <w:pPr>
        <w:rPr>
          <w:sz w:val="22"/>
          <w:szCs w:val="24"/>
        </w:rPr>
      </w:pPr>
      <w:r w:rsidRPr="00827889">
        <w:rPr>
          <w:sz w:val="22"/>
          <w:szCs w:val="24"/>
        </w:rPr>
        <w:t>Travelling to Cardiff Met by bus? Your journey may not need to go through Cardiff city centre. Cross-city services and local interchange points can provide useful connections towards Llandaff and Cyncoed. Check the routes below and use live journey information before travelling.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05"/>
        <w:gridCol w:w="3405"/>
        <w:gridCol w:w="3404"/>
      </w:tblGrid>
      <w:tr w:rsidR="00523665" w14:paraId="490662C1" w14:textId="77777777">
        <w:trPr>
          <w:jc w:val="center"/>
        </w:trPr>
        <w:tc>
          <w:tcPr>
            <w:tcW w:w="3408" w:type="dxa"/>
          </w:tcPr>
          <w:p w14:paraId="7174AB3B" w14:textId="77777777" w:rsidR="00523665" w:rsidRDefault="005D181A">
            <w:r>
              <w:rPr>
                <w:b/>
              </w:rPr>
              <w:t>Journey</w:t>
            </w:r>
          </w:p>
        </w:tc>
        <w:tc>
          <w:tcPr>
            <w:tcW w:w="3408" w:type="dxa"/>
          </w:tcPr>
          <w:p w14:paraId="23D9F331" w14:textId="77777777" w:rsidR="00523665" w:rsidRDefault="005D181A">
            <w:r>
              <w:rPr>
                <w:b/>
              </w:rPr>
              <w:t>Website / social message</w:t>
            </w:r>
          </w:p>
        </w:tc>
        <w:tc>
          <w:tcPr>
            <w:tcW w:w="3408" w:type="dxa"/>
          </w:tcPr>
          <w:p w14:paraId="7B5362E8" w14:textId="77777777" w:rsidR="00523665" w:rsidRDefault="005D181A">
            <w:r>
              <w:rPr>
                <w:b/>
              </w:rPr>
              <w:t>Publishing note</w:t>
            </w:r>
          </w:p>
        </w:tc>
      </w:tr>
      <w:tr w:rsidR="00523665" w14:paraId="75DB49F6" w14:textId="77777777">
        <w:trPr>
          <w:jc w:val="center"/>
        </w:trPr>
        <w:tc>
          <w:tcPr>
            <w:tcW w:w="3408" w:type="dxa"/>
          </w:tcPr>
          <w:p w14:paraId="1507655A" w14:textId="77777777" w:rsidR="00523665" w:rsidRDefault="005D181A">
            <w:r>
              <w:t>Newport → Llandaff</w:t>
            </w:r>
          </w:p>
        </w:tc>
        <w:tc>
          <w:tcPr>
            <w:tcW w:w="3408" w:type="dxa"/>
          </w:tcPr>
          <w:p w14:paraId="57C7DC00" w14:textId="77777777" w:rsidR="00523665" w:rsidRDefault="005D181A">
            <w:r>
              <w:t>Catch the 30 from Newport towards Cardiff. Change in east Cardiff for the 101/102 cross-city service towards Llandaff.</w:t>
            </w:r>
          </w:p>
        </w:tc>
        <w:tc>
          <w:tcPr>
            <w:tcW w:w="3408" w:type="dxa"/>
          </w:tcPr>
          <w:p w14:paraId="294FCF95" w14:textId="77777777" w:rsidR="00523665" w:rsidRDefault="005D181A">
            <w:r>
              <w:t>Use the Cardiff Bus journey planner to match the connection to your travel time.</w:t>
            </w:r>
          </w:p>
        </w:tc>
      </w:tr>
      <w:tr w:rsidR="00523665" w14:paraId="72D944A5" w14:textId="77777777">
        <w:trPr>
          <w:jc w:val="center"/>
        </w:trPr>
        <w:tc>
          <w:tcPr>
            <w:tcW w:w="3408" w:type="dxa"/>
          </w:tcPr>
          <w:p w14:paraId="78B16377" w14:textId="77777777" w:rsidR="00523665" w:rsidRDefault="005D181A">
            <w:r>
              <w:t>Llandaff → Newport</w:t>
            </w:r>
          </w:p>
        </w:tc>
        <w:tc>
          <w:tcPr>
            <w:tcW w:w="3408" w:type="dxa"/>
          </w:tcPr>
          <w:p w14:paraId="4841CB3C" w14:textId="77777777" w:rsidR="00523665" w:rsidRDefault="005D181A">
            <w:r>
              <w:t>Catch the 101/102 from Llandaff across Cardiff. Change in east Cardiff for the 30 towards Newport.</w:t>
            </w:r>
          </w:p>
        </w:tc>
        <w:tc>
          <w:tcPr>
            <w:tcW w:w="3408" w:type="dxa"/>
          </w:tcPr>
          <w:p w14:paraId="1F1E9224" w14:textId="77777777" w:rsidR="00523665" w:rsidRDefault="005D181A">
            <w:r>
              <w:t>Check the direction and connection before travelling.</w:t>
            </w:r>
          </w:p>
        </w:tc>
      </w:tr>
      <w:tr w:rsidR="00523665" w14:paraId="5F65D969" w14:textId="77777777">
        <w:trPr>
          <w:jc w:val="center"/>
        </w:trPr>
        <w:tc>
          <w:tcPr>
            <w:tcW w:w="3408" w:type="dxa"/>
          </w:tcPr>
          <w:p w14:paraId="142B586B" w14:textId="77777777" w:rsidR="00523665" w:rsidRDefault="005D181A">
            <w:r>
              <w:t>Newport → Cyncoed</w:t>
            </w:r>
          </w:p>
        </w:tc>
        <w:tc>
          <w:tcPr>
            <w:tcW w:w="3408" w:type="dxa"/>
          </w:tcPr>
          <w:p w14:paraId="5DEBB8B1" w14:textId="77777777" w:rsidR="00523665" w:rsidRDefault="005D181A">
            <w:r>
              <w:t>Catch the 30 from Newport towards Cardiff. Change in east Cardiff for the 101/102 towards Cyncoed.</w:t>
            </w:r>
          </w:p>
        </w:tc>
        <w:tc>
          <w:tcPr>
            <w:tcW w:w="3408" w:type="dxa"/>
          </w:tcPr>
          <w:p w14:paraId="37194481" w14:textId="77777777" w:rsidR="00523665" w:rsidRDefault="005D181A">
            <w:r>
              <w:t>A cross-city option that can avoid travelling into the central interchange.</w:t>
            </w:r>
          </w:p>
        </w:tc>
      </w:tr>
      <w:tr w:rsidR="00523665" w14:paraId="5B507DE5" w14:textId="77777777">
        <w:trPr>
          <w:jc w:val="center"/>
        </w:trPr>
        <w:tc>
          <w:tcPr>
            <w:tcW w:w="3408" w:type="dxa"/>
          </w:tcPr>
          <w:p w14:paraId="61527519" w14:textId="77777777" w:rsidR="00523665" w:rsidRDefault="005D181A">
            <w:r>
              <w:t>Cyncoed → Newport</w:t>
            </w:r>
          </w:p>
        </w:tc>
        <w:tc>
          <w:tcPr>
            <w:tcW w:w="3408" w:type="dxa"/>
          </w:tcPr>
          <w:p w14:paraId="336325C3" w14:textId="77777777" w:rsidR="00523665" w:rsidRDefault="005D181A">
            <w:r>
              <w:t>Catch the 101/102 from Cyncoed towards east Cardiff. Change for the 30 towards Newport.</w:t>
            </w:r>
          </w:p>
        </w:tc>
        <w:tc>
          <w:tcPr>
            <w:tcW w:w="3408" w:type="dxa"/>
          </w:tcPr>
          <w:p w14:paraId="7DAC6FF8" w14:textId="77777777" w:rsidR="00523665" w:rsidRDefault="005D181A">
            <w:r>
              <w:t>Check the live journey planner for the best interchange.</w:t>
            </w:r>
          </w:p>
        </w:tc>
      </w:tr>
      <w:tr w:rsidR="00523665" w14:paraId="374738E6" w14:textId="77777777">
        <w:trPr>
          <w:jc w:val="center"/>
        </w:trPr>
        <w:tc>
          <w:tcPr>
            <w:tcW w:w="3408" w:type="dxa"/>
          </w:tcPr>
          <w:p w14:paraId="39FA9D52" w14:textId="77777777" w:rsidR="00523665" w:rsidRDefault="005D181A">
            <w:r>
              <w:t>Taffs Well → Cyncoed</w:t>
            </w:r>
          </w:p>
        </w:tc>
        <w:tc>
          <w:tcPr>
            <w:tcW w:w="3408" w:type="dxa"/>
          </w:tcPr>
          <w:p w14:paraId="5E72388A" w14:textId="77777777" w:rsidR="00523665" w:rsidRDefault="005D181A">
            <w:r>
              <w:t>Catch the 132 from Taffs Well towards Whitchurch. Change in the Whitchurch/Heath area for a cross-city connection towards Cyncoed.</w:t>
            </w:r>
          </w:p>
        </w:tc>
        <w:tc>
          <w:tcPr>
            <w:tcW w:w="3408" w:type="dxa"/>
          </w:tcPr>
          <w:p w14:paraId="5EEFF999" w14:textId="77777777" w:rsidR="00523665" w:rsidRDefault="005D181A">
            <w:r>
              <w:t>Use live journey planning to confirm the most convenient stop and connection.</w:t>
            </w:r>
          </w:p>
        </w:tc>
      </w:tr>
      <w:tr w:rsidR="00523665" w14:paraId="16C48C88" w14:textId="77777777">
        <w:trPr>
          <w:jc w:val="center"/>
        </w:trPr>
        <w:tc>
          <w:tcPr>
            <w:tcW w:w="3408" w:type="dxa"/>
          </w:tcPr>
          <w:p w14:paraId="425EB2FC" w14:textId="77777777" w:rsidR="00523665" w:rsidRDefault="005D181A">
            <w:r>
              <w:t>Cyncoed → Taffs Well</w:t>
            </w:r>
          </w:p>
        </w:tc>
        <w:tc>
          <w:tcPr>
            <w:tcW w:w="3408" w:type="dxa"/>
          </w:tcPr>
          <w:p w14:paraId="460548CF" w14:textId="77777777" w:rsidR="00523665" w:rsidRDefault="005D181A">
            <w:r>
              <w:t>Travel from Cyncoed towards the Whitchurch/Heath area. Change for the 132 towards Taffs Well.</w:t>
            </w:r>
          </w:p>
        </w:tc>
        <w:tc>
          <w:tcPr>
            <w:tcW w:w="3408" w:type="dxa"/>
          </w:tcPr>
          <w:p w14:paraId="53C7102E" w14:textId="77777777" w:rsidR="00523665" w:rsidRDefault="005D181A">
            <w:r>
              <w:t>Reverse cross-city journey; confirm the connection before travel.</w:t>
            </w:r>
          </w:p>
        </w:tc>
      </w:tr>
      <w:tr w:rsidR="00523665" w14:paraId="6950B3D9" w14:textId="77777777">
        <w:trPr>
          <w:jc w:val="center"/>
        </w:trPr>
        <w:tc>
          <w:tcPr>
            <w:tcW w:w="3408" w:type="dxa"/>
          </w:tcPr>
          <w:p w14:paraId="0D4FEC64" w14:textId="77777777" w:rsidR="00523665" w:rsidRDefault="005D181A">
            <w:r>
              <w:t>Taffs Well → Llandaff</w:t>
            </w:r>
          </w:p>
        </w:tc>
        <w:tc>
          <w:tcPr>
            <w:tcW w:w="3408" w:type="dxa"/>
          </w:tcPr>
          <w:p w14:paraId="4E2C6788" w14:textId="77777777" w:rsidR="00523665" w:rsidRDefault="005D181A">
            <w:r>
              <w:t>Catch the 132 from Taffs Well towards Whitchurch. Connect in north-west Cardiff for services towards Llandaff.</w:t>
            </w:r>
          </w:p>
        </w:tc>
        <w:tc>
          <w:tcPr>
            <w:tcW w:w="3408" w:type="dxa"/>
          </w:tcPr>
          <w:p w14:paraId="188CB6E2" w14:textId="77777777" w:rsidR="00523665" w:rsidRDefault="005D181A">
            <w:r>
              <w:t>Check the journey planner for the best connection for your time of travel.</w:t>
            </w:r>
          </w:p>
        </w:tc>
      </w:tr>
      <w:tr w:rsidR="00523665" w14:paraId="2828268F" w14:textId="77777777">
        <w:trPr>
          <w:jc w:val="center"/>
        </w:trPr>
        <w:tc>
          <w:tcPr>
            <w:tcW w:w="3408" w:type="dxa"/>
          </w:tcPr>
          <w:p w14:paraId="58106B11" w14:textId="77777777" w:rsidR="00523665" w:rsidRDefault="005D181A">
            <w:r>
              <w:t>Llandaff → Taffs Well</w:t>
            </w:r>
          </w:p>
        </w:tc>
        <w:tc>
          <w:tcPr>
            <w:tcW w:w="3408" w:type="dxa"/>
          </w:tcPr>
          <w:p w14:paraId="08E83FD9" w14:textId="77777777" w:rsidR="00523665" w:rsidRDefault="005D181A">
            <w:r>
              <w:t>Travel from Llandaff towards Whitchurch/north-west Cardiff. Change for the 132 towards Taffs Well.</w:t>
            </w:r>
          </w:p>
        </w:tc>
        <w:tc>
          <w:tcPr>
            <w:tcW w:w="3408" w:type="dxa"/>
          </w:tcPr>
          <w:p w14:paraId="50E6250C" w14:textId="77777777" w:rsidR="00523665" w:rsidRDefault="005D181A">
            <w:r>
              <w:t>Check the live connection before travelling.</w:t>
            </w:r>
          </w:p>
        </w:tc>
      </w:tr>
      <w:tr w:rsidR="00523665" w14:paraId="21113AFB" w14:textId="77777777">
        <w:trPr>
          <w:jc w:val="center"/>
        </w:trPr>
        <w:tc>
          <w:tcPr>
            <w:tcW w:w="3408" w:type="dxa"/>
          </w:tcPr>
          <w:p w14:paraId="275C16B0" w14:textId="77777777" w:rsidR="00523665" w:rsidRDefault="005D181A">
            <w:r>
              <w:t>St Mellons → Cyncoed</w:t>
            </w:r>
          </w:p>
        </w:tc>
        <w:tc>
          <w:tcPr>
            <w:tcW w:w="3408" w:type="dxa"/>
          </w:tcPr>
          <w:p w14:paraId="12DF3681" w14:textId="77777777" w:rsidR="00523665" w:rsidRDefault="005D181A">
            <w:r>
              <w:t>Use the 101/102 cross-city service from St Mellons towards Cyncoed.</w:t>
            </w:r>
          </w:p>
        </w:tc>
        <w:tc>
          <w:tcPr>
            <w:tcW w:w="3408" w:type="dxa"/>
          </w:tcPr>
          <w:p w14:paraId="183AC12B" w14:textId="77777777" w:rsidR="00523665" w:rsidRDefault="005D181A">
            <w:r>
              <w:t>No central interchange is needed for this cross-city corridor.</w:t>
            </w:r>
          </w:p>
        </w:tc>
      </w:tr>
      <w:tr w:rsidR="00523665" w14:paraId="42F36821" w14:textId="77777777">
        <w:trPr>
          <w:jc w:val="center"/>
        </w:trPr>
        <w:tc>
          <w:tcPr>
            <w:tcW w:w="3408" w:type="dxa"/>
          </w:tcPr>
          <w:p w14:paraId="2D10770B" w14:textId="77777777" w:rsidR="00523665" w:rsidRDefault="005D181A">
            <w:r>
              <w:t>Cyncoed → St Mellons</w:t>
            </w:r>
          </w:p>
        </w:tc>
        <w:tc>
          <w:tcPr>
            <w:tcW w:w="3408" w:type="dxa"/>
          </w:tcPr>
          <w:p w14:paraId="6BB39BE3" w14:textId="77777777" w:rsidR="00523665" w:rsidRDefault="005D181A">
            <w:r>
              <w:t>Use the 101/102 from Cyncoed towards St Mellons.</w:t>
            </w:r>
          </w:p>
        </w:tc>
        <w:tc>
          <w:tcPr>
            <w:tcW w:w="3408" w:type="dxa"/>
          </w:tcPr>
          <w:p w14:paraId="64704AD3" w14:textId="77777777" w:rsidR="00523665" w:rsidRDefault="005D181A">
            <w:r>
              <w:t>Check the direction shown on the bus before boarding.</w:t>
            </w:r>
          </w:p>
        </w:tc>
      </w:tr>
      <w:tr w:rsidR="00523665" w14:paraId="4782FEDF" w14:textId="77777777">
        <w:trPr>
          <w:jc w:val="center"/>
        </w:trPr>
        <w:tc>
          <w:tcPr>
            <w:tcW w:w="3408" w:type="dxa"/>
          </w:tcPr>
          <w:p w14:paraId="0EEE8DE9" w14:textId="77777777" w:rsidR="00523665" w:rsidRDefault="005D181A">
            <w:r>
              <w:t>Radyr / Morganstown → Llandaff</w:t>
            </w:r>
          </w:p>
        </w:tc>
        <w:tc>
          <w:tcPr>
            <w:tcW w:w="3408" w:type="dxa"/>
          </w:tcPr>
          <w:p w14:paraId="70C6E7E7" w14:textId="77777777" w:rsidR="00523665" w:rsidRDefault="005D181A">
            <w:r>
              <w:t>Use the 63/64 via Danescourt towards Llandaff.</w:t>
            </w:r>
          </w:p>
        </w:tc>
        <w:tc>
          <w:tcPr>
            <w:tcW w:w="3408" w:type="dxa"/>
          </w:tcPr>
          <w:p w14:paraId="19BB74F8" w14:textId="77777777" w:rsidR="00523665" w:rsidRDefault="005D181A">
            <w:r>
              <w:t>Useful west Cardiff connection.</w:t>
            </w:r>
          </w:p>
        </w:tc>
      </w:tr>
      <w:tr w:rsidR="00523665" w14:paraId="748C0B9B" w14:textId="77777777">
        <w:trPr>
          <w:jc w:val="center"/>
        </w:trPr>
        <w:tc>
          <w:tcPr>
            <w:tcW w:w="3408" w:type="dxa"/>
          </w:tcPr>
          <w:p w14:paraId="0778945F" w14:textId="77777777" w:rsidR="00523665" w:rsidRDefault="005D181A">
            <w:r>
              <w:t>Llandaff → Radyr / Morganstown</w:t>
            </w:r>
          </w:p>
        </w:tc>
        <w:tc>
          <w:tcPr>
            <w:tcW w:w="3408" w:type="dxa"/>
          </w:tcPr>
          <w:p w14:paraId="37E0AE72" w14:textId="77777777" w:rsidR="00523665" w:rsidRDefault="005D181A">
            <w:r>
              <w:t>Use the 63/64 via Danescourt towards Radyr or Morganstown.</w:t>
            </w:r>
          </w:p>
        </w:tc>
        <w:tc>
          <w:tcPr>
            <w:tcW w:w="3408" w:type="dxa"/>
          </w:tcPr>
          <w:p w14:paraId="41910C27" w14:textId="77777777" w:rsidR="00523665" w:rsidRDefault="005D181A">
            <w:r>
              <w:t>Reverse journey.</w:t>
            </w:r>
          </w:p>
        </w:tc>
      </w:tr>
      <w:tr w:rsidR="00523665" w14:paraId="1A007475" w14:textId="77777777">
        <w:trPr>
          <w:jc w:val="center"/>
        </w:trPr>
        <w:tc>
          <w:tcPr>
            <w:tcW w:w="3408" w:type="dxa"/>
          </w:tcPr>
          <w:p w14:paraId="3BA6388A" w14:textId="77777777" w:rsidR="00523665" w:rsidRDefault="005D181A">
            <w:r>
              <w:t>University Hall → Cyncoed Campus</w:t>
            </w:r>
          </w:p>
        </w:tc>
        <w:tc>
          <w:tcPr>
            <w:tcW w:w="3408" w:type="dxa"/>
          </w:tcPr>
          <w:p w14:paraId="72D3CA17" w14:textId="77777777" w:rsidR="00523665" w:rsidRDefault="005D181A">
            <w:r>
              <w:t>Catch the 52 from University Hall to Cardiff Met Cyncoed Campus.</w:t>
            </w:r>
          </w:p>
        </w:tc>
        <w:tc>
          <w:tcPr>
            <w:tcW w:w="3408" w:type="dxa"/>
          </w:tcPr>
          <w:p w14:paraId="41FCCAE4" w14:textId="77777777" w:rsidR="00523665" w:rsidRDefault="005D181A">
            <w:r>
              <w:t>Direct local campus connection.</w:t>
            </w:r>
          </w:p>
        </w:tc>
      </w:tr>
      <w:tr w:rsidR="00523665" w14:paraId="7A71B932" w14:textId="77777777">
        <w:trPr>
          <w:jc w:val="center"/>
        </w:trPr>
        <w:tc>
          <w:tcPr>
            <w:tcW w:w="3408" w:type="dxa"/>
          </w:tcPr>
          <w:p w14:paraId="1E806800" w14:textId="77777777" w:rsidR="00523665" w:rsidRDefault="005D181A">
            <w:r>
              <w:t>Cyncoed Campus → University Hall</w:t>
            </w:r>
          </w:p>
        </w:tc>
        <w:tc>
          <w:tcPr>
            <w:tcW w:w="3408" w:type="dxa"/>
          </w:tcPr>
          <w:p w14:paraId="3F228405" w14:textId="77777777" w:rsidR="00523665" w:rsidRDefault="005D181A">
            <w:r>
              <w:t>Catch the 52 from Cardiff Met Cyncoed Campus towards University Hall.</w:t>
            </w:r>
          </w:p>
        </w:tc>
        <w:tc>
          <w:tcPr>
            <w:tcW w:w="3408" w:type="dxa"/>
          </w:tcPr>
          <w:p w14:paraId="2A2F7A40" w14:textId="77777777" w:rsidR="00523665" w:rsidRDefault="005D181A">
            <w:r>
              <w:t>Direct local return connection.</w:t>
            </w:r>
          </w:p>
        </w:tc>
      </w:tr>
    </w:tbl>
    <w:p w14:paraId="4618BED9" w14:textId="56CB6555" w:rsidR="00523665" w:rsidRDefault="00523665"/>
    <w:sectPr w:rsidR="00523665" w:rsidSect="00034616">
      <w:pgSz w:w="12240" w:h="15840"/>
      <w:pgMar w:top="936" w:right="1008" w:bottom="93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14807058">
    <w:abstractNumId w:val="8"/>
  </w:num>
  <w:num w:numId="2" w16cid:durableId="2116092099">
    <w:abstractNumId w:val="6"/>
  </w:num>
  <w:num w:numId="3" w16cid:durableId="560019965">
    <w:abstractNumId w:val="5"/>
  </w:num>
  <w:num w:numId="4" w16cid:durableId="1841776567">
    <w:abstractNumId w:val="4"/>
  </w:num>
  <w:num w:numId="5" w16cid:durableId="620302146">
    <w:abstractNumId w:val="7"/>
  </w:num>
  <w:num w:numId="6" w16cid:durableId="493690411">
    <w:abstractNumId w:val="3"/>
  </w:num>
  <w:num w:numId="7" w16cid:durableId="865680485">
    <w:abstractNumId w:val="2"/>
  </w:num>
  <w:num w:numId="8" w16cid:durableId="1082993063">
    <w:abstractNumId w:val="1"/>
  </w:num>
  <w:num w:numId="9" w16cid:durableId="881328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7625"/>
    <w:rsid w:val="0015074B"/>
    <w:rsid w:val="00263BD1"/>
    <w:rsid w:val="0029639D"/>
    <w:rsid w:val="00326F90"/>
    <w:rsid w:val="00465D7B"/>
    <w:rsid w:val="00523665"/>
    <w:rsid w:val="005D181A"/>
    <w:rsid w:val="00827889"/>
    <w:rsid w:val="009A03F8"/>
    <w:rsid w:val="00AA1D8D"/>
    <w:rsid w:val="00B4560A"/>
    <w:rsid w:val="00B47730"/>
    <w:rsid w:val="00CB0664"/>
    <w:rsid w:val="00F247B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E1635F"/>
  <w14:defaultImageDpi w14:val="300"/>
  <w15:docId w15:val="{1A185382-CC2F-4802-9A4C-C0087D397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C5A8BC-9B12-4554-872A-20123EB9A8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145319-3913-4E3A-84FC-E98B06A501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32C4C00-E1F9-4BBE-BE92-B08360D684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Cross-City Bus Guidance</dc:title>
  <dc:subject/>
  <dc:creator>python-docx</dc:creator>
  <cp:keywords/>
  <dc:description>generated by python-docx</dc:description>
  <cp:lastModifiedBy>Mayo, Jonah</cp:lastModifiedBy>
  <cp:revision>4</cp:revision>
  <dcterms:created xsi:type="dcterms:W3CDTF">2026-10-27T09:09:00Z</dcterms:created>
  <dcterms:modified xsi:type="dcterms:W3CDTF">2026-10-30T08:46:00Z</dcterms:modified>
  <cp:category/>
</cp:coreProperties>
</file>