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916DE" w14:textId="77777777" w:rsidR="00523665" w:rsidRDefault="005D181A">
      <w:pPr>
        <w:pStyle w:val="Title"/>
        <w:jc w:val="center"/>
      </w:pPr>
      <w:r>
        <w:rPr>
          <w:lang w:bidi="cy-GB"/>
        </w:rPr>
        <w:t>Teithio i Gaerdydd Met heb fynd drwy ganol y ddinas</w:t>
      </w:r>
    </w:p>
    <w:p w14:paraId="4136E179" w14:textId="08D45725" w:rsidR="00523665" w:rsidRDefault="005D181A" w:rsidP="003A548C">
      <w:r>
        <w:rPr>
          <w:lang w:bidi="cy-GB"/>
        </w:rPr>
        <w:t xml:space="preserve">Teithio i </w:t>
      </w:r>
      <w:r w:rsidR="003E53F4">
        <w:rPr>
          <w:lang w:bidi="cy-GB"/>
        </w:rPr>
        <w:t>Met Caerdydd</w:t>
      </w:r>
      <w:r>
        <w:rPr>
          <w:lang w:bidi="cy-GB"/>
        </w:rPr>
        <w:t xml:space="preserve"> ar fws? Efallai na fydd angen i</w:t>
      </w:r>
      <w:r w:rsidR="00906FC7">
        <w:rPr>
          <w:lang w:bidi="cy-GB"/>
        </w:rPr>
        <w:t xml:space="preserve"> chi</w:t>
      </w:r>
      <w:r>
        <w:rPr>
          <w:lang w:bidi="cy-GB"/>
        </w:rPr>
        <w:t xml:space="preserve"> fynd trwy ganol dinas Caerdydd. Gall gwasanaethau trawsddinas a phwyntiau cyfnewid lleol ddarparu cysylltiadau defnyddiol tuag at Landaf a Chyncoed. Gwiriwch y llwybrau isod a defnyddiwch wybodaeth fyw am y daith cyn teithio.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04"/>
        <w:gridCol w:w="3406"/>
        <w:gridCol w:w="3404"/>
      </w:tblGrid>
      <w:tr w:rsidR="00523665" w14:paraId="490662C1" w14:textId="77777777">
        <w:trPr>
          <w:jc w:val="center"/>
        </w:trPr>
        <w:tc>
          <w:tcPr>
            <w:tcW w:w="3408" w:type="dxa"/>
          </w:tcPr>
          <w:p w14:paraId="7174AB3B" w14:textId="6A1AEE31" w:rsidR="00523665" w:rsidRDefault="001C7CF5">
            <w:r>
              <w:t>Taith</w:t>
            </w:r>
          </w:p>
        </w:tc>
        <w:tc>
          <w:tcPr>
            <w:tcW w:w="3408" w:type="dxa"/>
          </w:tcPr>
          <w:p w14:paraId="23D9F331" w14:textId="77777777" w:rsidR="00523665" w:rsidRDefault="005D181A">
            <w:r>
              <w:rPr>
                <w:b/>
                <w:lang w:bidi="cy-GB"/>
              </w:rPr>
              <w:t>Gwefan / neges gymdeithasol</w:t>
            </w:r>
          </w:p>
        </w:tc>
        <w:tc>
          <w:tcPr>
            <w:tcW w:w="3408" w:type="dxa"/>
          </w:tcPr>
          <w:p w14:paraId="7B5362E8" w14:textId="77777777" w:rsidR="00523665" w:rsidRDefault="005D181A">
            <w:r>
              <w:rPr>
                <w:b/>
                <w:lang w:bidi="cy-GB"/>
              </w:rPr>
              <w:t>Nodyn cyhoeddi</w:t>
            </w:r>
          </w:p>
        </w:tc>
      </w:tr>
      <w:tr w:rsidR="00523665" w14:paraId="75DB49F6" w14:textId="77777777">
        <w:trPr>
          <w:jc w:val="center"/>
        </w:trPr>
        <w:tc>
          <w:tcPr>
            <w:tcW w:w="3408" w:type="dxa"/>
          </w:tcPr>
          <w:p w14:paraId="1507655A" w14:textId="77777777" w:rsidR="00523665" w:rsidRDefault="005D181A">
            <w:r>
              <w:rPr>
                <w:lang w:bidi="cy-GB"/>
              </w:rPr>
              <w:t>Casnewydd → Llandaf</w:t>
            </w:r>
          </w:p>
        </w:tc>
        <w:tc>
          <w:tcPr>
            <w:tcW w:w="3408" w:type="dxa"/>
          </w:tcPr>
          <w:p w14:paraId="57C7DC00" w14:textId="14B6CC6A" w:rsidR="00523665" w:rsidRDefault="005D181A">
            <w:r>
              <w:rPr>
                <w:lang w:bidi="cy-GB"/>
              </w:rPr>
              <w:t xml:space="preserve">Daliwch y 30 o Gasnewydd tuag at Gaerdydd. Newid yn nwyrain Caerdydd ar gyfer y gwasanaeth trawsddinas 101/102 tuag at </w:t>
            </w:r>
            <w:proofErr w:type="spellStart"/>
            <w:r>
              <w:rPr>
                <w:lang w:bidi="cy-GB"/>
              </w:rPr>
              <w:t>Landaf</w:t>
            </w:r>
            <w:proofErr w:type="spellEnd"/>
            <w:r>
              <w:rPr>
                <w:lang w:bidi="cy-GB"/>
              </w:rPr>
              <w:t>.</w:t>
            </w:r>
          </w:p>
        </w:tc>
        <w:tc>
          <w:tcPr>
            <w:tcW w:w="3408" w:type="dxa"/>
          </w:tcPr>
          <w:p w14:paraId="294FCF95" w14:textId="77777777" w:rsidR="00523665" w:rsidRDefault="005D181A">
            <w:r>
              <w:rPr>
                <w:lang w:bidi="cy-GB"/>
              </w:rPr>
              <w:t>Defnyddiwch gynlluniwr teithiau Bws Caerdydd i baru'r cysylltiad â'ch amser teithio.</w:t>
            </w:r>
          </w:p>
        </w:tc>
      </w:tr>
      <w:tr w:rsidR="00523665" w14:paraId="72D944A5" w14:textId="77777777">
        <w:trPr>
          <w:jc w:val="center"/>
        </w:trPr>
        <w:tc>
          <w:tcPr>
            <w:tcW w:w="3408" w:type="dxa"/>
          </w:tcPr>
          <w:p w14:paraId="78B16377" w14:textId="77777777" w:rsidR="00523665" w:rsidRDefault="005D181A">
            <w:r>
              <w:rPr>
                <w:lang w:bidi="cy-GB"/>
              </w:rPr>
              <w:t>Llandaf → Casnewydd</w:t>
            </w:r>
          </w:p>
        </w:tc>
        <w:tc>
          <w:tcPr>
            <w:tcW w:w="3408" w:type="dxa"/>
          </w:tcPr>
          <w:p w14:paraId="4841CB3C" w14:textId="77777777" w:rsidR="00523665" w:rsidRDefault="005D181A">
            <w:r>
              <w:rPr>
                <w:lang w:bidi="cy-GB"/>
              </w:rPr>
              <w:t>Daliwch y 101/102 o Landaf ar draws Caerdydd. Newid yn nwyrain Caerdydd am y 30 tuag at Gasnewydd.</w:t>
            </w:r>
          </w:p>
        </w:tc>
        <w:tc>
          <w:tcPr>
            <w:tcW w:w="3408" w:type="dxa"/>
          </w:tcPr>
          <w:p w14:paraId="1F1E9224" w14:textId="77777777" w:rsidR="00523665" w:rsidRDefault="005D181A">
            <w:r>
              <w:rPr>
                <w:lang w:bidi="cy-GB"/>
              </w:rPr>
              <w:t>Gwiriwch y cyfeiriad a'r cysylltiad cyn teithio.</w:t>
            </w:r>
          </w:p>
        </w:tc>
      </w:tr>
      <w:tr w:rsidR="00523665" w14:paraId="5F65D969" w14:textId="77777777">
        <w:trPr>
          <w:jc w:val="center"/>
        </w:trPr>
        <w:tc>
          <w:tcPr>
            <w:tcW w:w="3408" w:type="dxa"/>
          </w:tcPr>
          <w:p w14:paraId="142B586B" w14:textId="77777777" w:rsidR="00523665" w:rsidRDefault="005D181A">
            <w:r>
              <w:rPr>
                <w:lang w:bidi="cy-GB"/>
              </w:rPr>
              <w:t>Casnewydd → Cyncoed</w:t>
            </w:r>
          </w:p>
        </w:tc>
        <w:tc>
          <w:tcPr>
            <w:tcW w:w="3408" w:type="dxa"/>
          </w:tcPr>
          <w:p w14:paraId="5DEBB8B1" w14:textId="77777777" w:rsidR="00523665" w:rsidRDefault="005D181A">
            <w:r>
              <w:rPr>
                <w:lang w:bidi="cy-GB"/>
              </w:rPr>
              <w:t>Daliwch y 30 o Gasnewydd tuag at Gaerdydd. Newid yn nwyrain Caerdydd ar gyfer y 101/102 tuag at Gyncoed.</w:t>
            </w:r>
          </w:p>
        </w:tc>
        <w:tc>
          <w:tcPr>
            <w:tcW w:w="3408" w:type="dxa"/>
          </w:tcPr>
          <w:p w14:paraId="37194481" w14:textId="77777777" w:rsidR="00523665" w:rsidRDefault="005D181A">
            <w:r>
              <w:rPr>
                <w:lang w:bidi="cy-GB"/>
              </w:rPr>
              <w:t>Opsiwn trawsddinas a all osgoi teithio i'r gyfnewidfa ganolog.</w:t>
            </w:r>
          </w:p>
        </w:tc>
      </w:tr>
      <w:tr w:rsidR="00523665" w14:paraId="5B507DE5" w14:textId="77777777">
        <w:trPr>
          <w:jc w:val="center"/>
        </w:trPr>
        <w:tc>
          <w:tcPr>
            <w:tcW w:w="3408" w:type="dxa"/>
          </w:tcPr>
          <w:p w14:paraId="61527519" w14:textId="77777777" w:rsidR="00523665" w:rsidRDefault="005D181A">
            <w:r>
              <w:rPr>
                <w:lang w:bidi="cy-GB"/>
              </w:rPr>
              <w:t>Cyncoed → Casnewydd</w:t>
            </w:r>
          </w:p>
        </w:tc>
        <w:tc>
          <w:tcPr>
            <w:tcW w:w="3408" w:type="dxa"/>
          </w:tcPr>
          <w:p w14:paraId="336325C3" w14:textId="77777777" w:rsidR="00523665" w:rsidRDefault="005D181A">
            <w:r>
              <w:rPr>
                <w:lang w:bidi="cy-GB"/>
              </w:rPr>
              <w:t>Daliwch y 101/102 o Gyncoed tuag at ddwyrain Caerdydd. Newid am y 30 tuag at Gasnewydd.</w:t>
            </w:r>
          </w:p>
        </w:tc>
        <w:tc>
          <w:tcPr>
            <w:tcW w:w="3408" w:type="dxa"/>
          </w:tcPr>
          <w:p w14:paraId="7DAC6FF8" w14:textId="6FA002D3" w:rsidR="00523665" w:rsidRDefault="005D181A">
            <w:r>
              <w:rPr>
                <w:lang w:bidi="cy-GB"/>
              </w:rPr>
              <w:t>Gwiriwch y cynlluniwr teithi</w:t>
            </w:r>
            <w:r w:rsidR="00830F03">
              <w:rPr>
                <w:lang w:bidi="cy-GB"/>
              </w:rPr>
              <w:t>o</w:t>
            </w:r>
            <w:r>
              <w:rPr>
                <w:lang w:bidi="cy-GB"/>
              </w:rPr>
              <w:t xml:space="preserve"> byw am y cyfnewidfa orau.</w:t>
            </w:r>
          </w:p>
        </w:tc>
      </w:tr>
      <w:tr w:rsidR="00523665" w14:paraId="374738E6" w14:textId="77777777">
        <w:trPr>
          <w:jc w:val="center"/>
        </w:trPr>
        <w:tc>
          <w:tcPr>
            <w:tcW w:w="3408" w:type="dxa"/>
          </w:tcPr>
          <w:p w14:paraId="39FA9D52" w14:textId="77777777" w:rsidR="00523665" w:rsidRDefault="005D181A">
            <w:r>
              <w:rPr>
                <w:lang w:bidi="cy-GB"/>
              </w:rPr>
              <w:t>Ffynnon Taf → Cyncoed</w:t>
            </w:r>
          </w:p>
        </w:tc>
        <w:tc>
          <w:tcPr>
            <w:tcW w:w="3408" w:type="dxa"/>
          </w:tcPr>
          <w:p w14:paraId="5E72388A" w14:textId="5F548685" w:rsidR="00523665" w:rsidRDefault="005D181A">
            <w:r>
              <w:rPr>
                <w:lang w:bidi="cy-GB"/>
              </w:rPr>
              <w:t xml:space="preserve">Daliwch y 132 o Ffynnon Taf tuag at </w:t>
            </w:r>
            <w:r w:rsidR="001F0FD3">
              <w:rPr>
                <w:lang w:bidi="cy-GB"/>
              </w:rPr>
              <w:t>Y</w:t>
            </w:r>
            <w:r w:rsidR="008D6EE4">
              <w:rPr>
                <w:lang w:bidi="cy-GB"/>
              </w:rPr>
              <w:t>r Eglwys Newydd</w:t>
            </w:r>
            <w:r>
              <w:rPr>
                <w:lang w:bidi="cy-GB"/>
              </w:rPr>
              <w:t xml:space="preserve">. Newid yn ardal </w:t>
            </w:r>
            <w:r w:rsidR="008D6EE4">
              <w:rPr>
                <w:lang w:bidi="cy-GB"/>
              </w:rPr>
              <w:t>yr Eglwys Newydd</w:t>
            </w:r>
            <w:r>
              <w:rPr>
                <w:lang w:bidi="cy-GB"/>
              </w:rPr>
              <w:t>/</w:t>
            </w:r>
            <w:r w:rsidR="001F0FD3">
              <w:rPr>
                <w:lang w:bidi="cy-GB"/>
              </w:rPr>
              <w:t>Y Mynydd Bach</w:t>
            </w:r>
            <w:r>
              <w:rPr>
                <w:lang w:bidi="cy-GB"/>
              </w:rPr>
              <w:t xml:space="preserve"> ar gyfer cysylltiad </w:t>
            </w:r>
            <w:proofErr w:type="spellStart"/>
            <w:r>
              <w:rPr>
                <w:lang w:bidi="cy-GB"/>
              </w:rPr>
              <w:t>trawsddinas</w:t>
            </w:r>
            <w:proofErr w:type="spellEnd"/>
            <w:r>
              <w:rPr>
                <w:lang w:bidi="cy-GB"/>
              </w:rPr>
              <w:t xml:space="preserve"> tuag at </w:t>
            </w:r>
            <w:proofErr w:type="spellStart"/>
            <w:r>
              <w:rPr>
                <w:lang w:bidi="cy-GB"/>
              </w:rPr>
              <w:t>Gyncoed</w:t>
            </w:r>
            <w:proofErr w:type="spellEnd"/>
            <w:r>
              <w:rPr>
                <w:lang w:bidi="cy-GB"/>
              </w:rPr>
              <w:t>.</w:t>
            </w:r>
          </w:p>
        </w:tc>
        <w:tc>
          <w:tcPr>
            <w:tcW w:w="3408" w:type="dxa"/>
          </w:tcPr>
          <w:p w14:paraId="5EEFF999" w14:textId="29DC23F3" w:rsidR="00523665" w:rsidRDefault="005D181A">
            <w:r>
              <w:rPr>
                <w:lang w:bidi="cy-GB"/>
              </w:rPr>
              <w:t xml:space="preserve">Defnyddiwch </w:t>
            </w:r>
            <w:r w:rsidR="00830F03">
              <w:rPr>
                <w:lang w:bidi="cy-GB"/>
              </w:rPr>
              <w:t>y c</w:t>
            </w:r>
            <w:r>
              <w:rPr>
                <w:lang w:bidi="cy-GB"/>
              </w:rPr>
              <w:t>ynlluni</w:t>
            </w:r>
            <w:r w:rsidR="00830F03">
              <w:rPr>
                <w:lang w:bidi="cy-GB"/>
              </w:rPr>
              <w:t>wr</w:t>
            </w:r>
            <w:r>
              <w:rPr>
                <w:lang w:bidi="cy-GB"/>
              </w:rPr>
              <w:t xml:space="preserve"> teithi</w:t>
            </w:r>
            <w:r w:rsidR="00830F03">
              <w:rPr>
                <w:lang w:bidi="cy-GB"/>
              </w:rPr>
              <w:t>o</w:t>
            </w:r>
            <w:r>
              <w:rPr>
                <w:lang w:bidi="cy-GB"/>
              </w:rPr>
              <w:t xml:space="preserve"> byw i gadarnhau'r arhosfan a'r cysylltiad mwyaf cyfleus.</w:t>
            </w:r>
          </w:p>
        </w:tc>
      </w:tr>
      <w:tr w:rsidR="00523665" w14:paraId="16C48C88" w14:textId="77777777">
        <w:trPr>
          <w:jc w:val="center"/>
        </w:trPr>
        <w:tc>
          <w:tcPr>
            <w:tcW w:w="3408" w:type="dxa"/>
          </w:tcPr>
          <w:p w14:paraId="425EB2FC" w14:textId="77777777" w:rsidR="00523665" w:rsidRDefault="005D181A">
            <w:r>
              <w:rPr>
                <w:lang w:bidi="cy-GB"/>
              </w:rPr>
              <w:t>Cyncoed → Ffynnon Taf</w:t>
            </w:r>
          </w:p>
        </w:tc>
        <w:tc>
          <w:tcPr>
            <w:tcW w:w="3408" w:type="dxa"/>
          </w:tcPr>
          <w:p w14:paraId="460548CF" w14:textId="5B396F38" w:rsidR="00523665" w:rsidRDefault="005D181A">
            <w:r>
              <w:rPr>
                <w:lang w:bidi="cy-GB"/>
              </w:rPr>
              <w:t xml:space="preserve">Teithiwch o Gyncoed tuag at ardal </w:t>
            </w:r>
            <w:r w:rsidR="001F0FD3">
              <w:rPr>
                <w:lang w:bidi="cy-GB"/>
              </w:rPr>
              <w:t>Yr Eglwys Newydd</w:t>
            </w:r>
            <w:r>
              <w:rPr>
                <w:lang w:bidi="cy-GB"/>
              </w:rPr>
              <w:t>/</w:t>
            </w:r>
            <w:r w:rsidR="001F0FD3">
              <w:rPr>
                <w:lang w:bidi="cy-GB"/>
              </w:rPr>
              <w:t>Y Mynydd Bach</w:t>
            </w:r>
            <w:r>
              <w:rPr>
                <w:lang w:bidi="cy-GB"/>
              </w:rPr>
              <w:t>. Newidiwch am y 132 tuag at Ffynnon Taf.</w:t>
            </w:r>
          </w:p>
        </w:tc>
        <w:tc>
          <w:tcPr>
            <w:tcW w:w="3408" w:type="dxa"/>
          </w:tcPr>
          <w:p w14:paraId="53C7102E" w14:textId="69F898E3" w:rsidR="00523665" w:rsidRDefault="005D181A">
            <w:r>
              <w:rPr>
                <w:lang w:bidi="cy-GB"/>
              </w:rPr>
              <w:t>Taith draws-ddinas; cadarnhewch y cysylltiad cyn teithio.</w:t>
            </w:r>
          </w:p>
        </w:tc>
      </w:tr>
      <w:tr w:rsidR="00523665" w14:paraId="6950B3D9" w14:textId="77777777">
        <w:trPr>
          <w:jc w:val="center"/>
        </w:trPr>
        <w:tc>
          <w:tcPr>
            <w:tcW w:w="3408" w:type="dxa"/>
          </w:tcPr>
          <w:p w14:paraId="0D4FEC64" w14:textId="77777777" w:rsidR="00523665" w:rsidRDefault="005D181A">
            <w:r>
              <w:rPr>
                <w:lang w:bidi="cy-GB"/>
              </w:rPr>
              <w:t>Ffynnon Taf → Llandaf</w:t>
            </w:r>
          </w:p>
        </w:tc>
        <w:tc>
          <w:tcPr>
            <w:tcW w:w="3408" w:type="dxa"/>
          </w:tcPr>
          <w:p w14:paraId="4E2C6788" w14:textId="70DF6BAF" w:rsidR="00523665" w:rsidRDefault="005D181A">
            <w:r>
              <w:rPr>
                <w:lang w:bidi="cy-GB"/>
              </w:rPr>
              <w:t xml:space="preserve">Daliwch y 132 o Ffynnon Taf tuag at </w:t>
            </w:r>
            <w:r w:rsidR="001F0FD3">
              <w:rPr>
                <w:lang w:bidi="cy-GB"/>
              </w:rPr>
              <w:t>Y</w:t>
            </w:r>
            <w:r w:rsidR="009C513A">
              <w:rPr>
                <w:lang w:bidi="cy-GB"/>
              </w:rPr>
              <w:t>r Eglwys Newydd</w:t>
            </w:r>
            <w:r>
              <w:rPr>
                <w:lang w:bidi="cy-GB"/>
              </w:rPr>
              <w:t>. Cysylltwch yng ngogledd-orllewin Caerdydd am wasanaethau tuag at Landaf.</w:t>
            </w:r>
          </w:p>
        </w:tc>
        <w:tc>
          <w:tcPr>
            <w:tcW w:w="3408" w:type="dxa"/>
          </w:tcPr>
          <w:p w14:paraId="188CB6E2" w14:textId="49EAED50" w:rsidR="00523665" w:rsidRDefault="005D181A">
            <w:r>
              <w:rPr>
                <w:lang w:bidi="cy-GB"/>
              </w:rPr>
              <w:t>Gwiriwch y cynlluniwr t</w:t>
            </w:r>
            <w:r w:rsidR="00830F03">
              <w:rPr>
                <w:lang w:bidi="cy-GB"/>
              </w:rPr>
              <w:t>eithio</w:t>
            </w:r>
            <w:r>
              <w:rPr>
                <w:lang w:bidi="cy-GB"/>
              </w:rPr>
              <w:t xml:space="preserve"> i weld a yw'r cysylltiad gorau ar gyfer eich amser teithio.</w:t>
            </w:r>
          </w:p>
        </w:tc>
      </w:tr>
      <w:tr w:rsidR="00523665" w14:paraId="2828268F" w14:textId="77777777">
        <w:trPr>
          <w:jc w:val="center"/>
        </w:trPr>
        <w:tc>
          <w:tcPr>
            <w:tcW w:w="3408" w:type="dxa"/>
          </w:tcPr>
          <w:p w14:paraId="58106B11" w14:textId="77777777" w:rsidR="00523665" w:rsidRDefault="005D181A">
            <w:r>
              <w:rPr>
                <w:lang w:bidi="cy-GB"/>
              </w:rPr>
              <w:t>Llandaf → Ffynnon Taf</w:t>
            </w:r>
          </w:p>
        </w:tc>
        <w:tc>
          <w:tcPr>
            <w:tcW w:w="3408" w:type="dxa"/>
          </w:tcPr>
          <w:p w14:paraId="08E83FD9" w14:textId="77777777" w:rsidR="00523665" w:rsidRDefault="005D181A">
            <w:r>
              <w:rPr>
                <w:lang w:bidi="cy-GB"/>
              </w:rPr>
              <w:t>Teithiwch o Landaf tuag at Whitchurch/gogledd-orllewin Caerdydd. Newidiwch am y 132 tuag at Ffynnon Taf.</w:t>
            </w:r>
          </w:p>
        </w:tc>
        <w:tc>
          <w:tcPr>
            <w:tcW w:w="3408" w:type="dxa"/>
          </w:tcPr>
          <w:p w14:paraId="50E6250C" w14:textId="77777777" w:rsidR="00523665" w:rsidRDefault="005D181A">
            <w:r>
              <w:rPr>
                <w:lang w:bidi="cy-GB"/>
              </w:rPr>
              <w:t>Gwiriwch y cysylltiad byw cyn teithio.</w:t>
            </w:r>
          </w:p>
        </w:tc>
      </w:tr>
      <w:tr w:rsidR="00523665" w14:paraId="21113AFB" w14:textId="77777777">
        <w:trPr>
          <w:jc w:val="center"/>
        </w:trPr>
        <w:tc>
          <w:tcPr>
            <w:tcW w:w="3408" w:type="dxa"/>
          </w:tcPr>
          <w:p w14:paraId="275C16B0" w14:textId="77777777" w:rsidR="00523665" w:rsidRDefault="005D181A">
            <w:r>
              <w:rPr>
                <w:lang w:bidi="cy-GB"/>
              </w:rPr>
              <w:t>Llaneirwg → Cyncoed</w:t>
            </w:r>
          </w:p>
        </w:tc>
        <w:tc>
          <w:tcPr>
            <w:tcW w:w="3408" w:type="dxa"/>
          </w:tcPr>
          <w:p w14:paraId="12DF3681" w14:textId="77777777" w:rsidR="00523665" w:rsidRDefault="005D181A">
            <w:r>
              <w:rPr>
                <w:lang w:bidi="cy-GB"/>
              </w:rPr>
              <w:t>Defnyddiwch y gwasanaeth trawsddinas 101/102 o Laneirwg tuag at Gyncoed.</w:t>
            </w:r>
          </w:p>
        </w:tc>
        <w:tc>
          <w:tcPr>
            <w:tcW w:w="3408" w:type="dxa"/>
          </w:tcPr>
          <w:p w14:paraId="183AC12B" w14:textId="249F5B73" w:rsidR="00523665" w:rsidRDefault="005D181A">
            <w:r>
              <w:rPr>
                <w:lang w:bidi="cy-GB"/>
              </w:rPr>
              <w:t xml:space="preserve">Nid oes angen cyfnewidfa ganolog ar gyfer </w:t>
            </w:r>
            <w:r w:rsidR="00CE6796">
              <w:rPr>
                <w:lang w:bidi="cy-GB"/>
              </w:rPr>
              <w:t>rhodfa’r</w:t>
            </w:r>
            <w:r>
              <w:rPr>
                <w:lang w:bidi="cy-GB"/>
              </w:rPr>
              <w:t xml:space="preserve"> </w:t>
            </w:r>
            <w:proofErr w:type="spellStart"/>
            <w:r>
              <w:rPr>
                <w:lang w:bidi="cy-GB"/>
              </w:rPr>
              <w:t>trawsddinas</w:t>
            </w:r>
            <w:proofErr w:type="spellEnd"/>
            <w:r>
              <w:rPr>
                <w:lang w:bidi="cy-GB"/>
              </w:rPr>
              <w:t xml:space="preserve"> hwn.</w:t>
            </w:r>
          </w:p>
        </w:tc>
      </w:tr>
      <w:tr w:rsidR="00523665" w14:paraId="42F36821" w14:textId="77777777">
        <w:trPr>
          <w:jc w:val="center"/>
        </w:trPr>
        <w:tc>
          <w:tcPr>
            <w:tcW w:w="3408" w:type="dxa"/>
          </w:tcPr>
          <w:p w14:paraId="2D10770B" w14:textId="77777777" w:rsidR="00523665" w:rsidRDefault="005D181A">
            <w:r>
              <w:rPr>
                <w:lang w:bidi="cy-GB"/>
              </w:rPr>
              <w:t>Cyncoed → Llaneirwg</w:t>
            </w:r>
          </w:p>
        </w:tc>
        <w:tc>
          <w:tcPr>
            <w:tcW w:w="3408" w:type="dxa"/>
          </w:tcPr>
          <w:p w14:paraId="6BB39BE3" w14:textId="77777777" w:rsidR="00523665" w:rsidRDefault="005D181A">
            <w:r>
              <w:rPr>
                <w:lang w:bidi="cy-GB"/>
              </w:rPr>
              <w:t>Defnyddiwch y 101/102 o Gyncoed tuag at Laneirwg.</w:t>
            </w:r>
          </w:p>
        </w:tc>
        <w:tc>
          <w:tcPr>
            <w:tcW w:w="3408" w:type="dxa"/>
          </w:tcPr>
          <w:p w14:paraId="64704AD3" w14:textId="60241424" w:rsidR="00523665" w:rsidRDefault="005D181A">
            <w:r>
              <w:rPr>
                <w:lang w:bidi="cy-GB"/>
              </w:rPr>
              <w:t>Gwiriwch y cyfeiriad a ddangosir ar y bws cyn mynd ar y bws.</w:t>
            </w:r>
          </w:p>
        </w:tc>
      </w:tr>
      <w:tr w:rsidR="00523665" w14:paraId="4782FEDF" w14:textId="77777777">
        <w:trPr>
          <w:jc w:val="center"/>
        </w:trPr>
        <w:tc>
          <w:tcPr>
            <w:tcW w:w="3408" w:type="dxa"/>
          </w:tcPr>
          <w:p w14:paraId="0EEE8DE9" w14:textId="1A671FDD" w:rsidR="00523665" w:rsidRDefault="005D181A">
            <w:r>
              <w:rPr>
                <w:lang w:bidi="cy-GB"/>
              </w:rPr>
              <w:t xml:space="preserve">Radur / </w:t>
            </w:r>
            <w:r w:rsidR="00E431DF">
              <w:rPr>
                <w:lang w:bidi="cy-GB"/>
              </w:rPr>
              <w:t>Treforgan</w:t>
            </w:r>
            <w:r>
              <w:rPr>
                <w:lang w:bidi="cy-GB"/>
              </w:rPr>
              <w:t xml:space="preserve"> → Llandaf</w:t>
            </w:r>
          </w:p>
        </w:tc>
        <w:tc>
          <w:tcPr>
            <w:tcW w:w="3408" w:type="dxa"/>
          </w:tcPr>
          <w:p w14:paraId="70C6E7E7" w14:textId="77777777" w:rsidR="00523665" w:rsidRDefault="005D181A">
            <w:r>
              <w:rPr>
                <w:lang w:bidi="cy-GB"/>
              </w:rPr>
              <w:t>Defnyddiwch y 63/64 trwy Danescourt i gyfeiriad Llandaf.</w:t>
            </w:r>
          </w:p>
        </w:tc>
        <w:tc>
          <w:tcPr>
            <w:tcW w:w="3408" w:type="dxa"/>
          </w:tcPr>
          <w:p w14:paraId="19BB74F8" w14:textId="77777777" w:rsidR="00523665" w:rsidRDefault="005D181A">
            <w:r>
              <w:rPr>
                <w:lang w:bidi="cy-GB"/>
              </w:rPr>
              <w:t>Cysylltiad defnyddiol â gorllewin Caerdydd.</w:t>
            </w:r>
          </w:p>
        </w:tc>
      </w:tr>
      <w:tr w:rsidR="00523665" w14:paraId="748C0B9B" w14:textId="77777777">
        <w:trPr>
          <w:jc w:val="center"/>
        </w:trPr>
        <w:tc>
          <w:tcPr>
            <w:tcW w:w="3408" w:type="dxa"/>
          </w:tcPr>
          <w:p w14:paraId="0778945F" w14:textId="07B7CAE0" w:rsidR="00523665" w:rsidRDefault="005D181A">
            <w:r>
              <w:rPr>
                <w:lang w:bidi="cy-GB"/>
              </w:rPr>
              <w:t xml:space="preserve">Llandaf → Radur / </w:t>
            </w:r>
            <w:r w:rsidR="00E431DF">
              <w:rPr>
                <w:lang w:bidi="cy-GB"/>
              </w:rPr>
              <w:t>Treforgan</w:t>
            </w:r>
          </w:p>
        </w:tc>
        <w:tc>
          <w:tcPr>
            <w:tcW w:w="3408" w:type="dxa"/>
          </w:tcPr>
          <w:p w14:paraId="37E0AE72" w14:textId="4C9249DA" w:rsidR="00523665" w:rsidRDefault="005D181A">
            <w:r>
              <w:rPr>
                <w:lang w:bidi="cy-GB"/>
              </w:rPr>
              <w:t>Defnyddiwch y 63/64 drwy Danescourt tuag at Radyr neu</w:t>
            </w:r>
            <w:r w:rsidR="004F5A51">
              <w:rPr>
                <w:lang w:bidi="cy-GB"/>
              </w:rPr>
              <w:t xml:space="preserve"> </w:t>
            </w:r>
            <w:r w:rsidR="00EB2D76">
              <w:rPr>
                <w:lang w:bidi="cy-GB"/>
              </w:rPr>
              <w:t>T</w:t>
            </w:r>
            <w:r w:rsidR="004F5A51">
              <w:rPr>
                <w:lang w:bidi="cy-GB"/>
              </w:rPr>
              <w:t>reforgan</w:t>
            </w:r>
            <w:r>
              <w:rPr>
                <w:lang w:bidi="cy-GB"/>
              </w:rPr>
              <w:t>.</w:t>
            </w:r>
          </w:p>
        </w:tc>
        <w:tc>
          <w:tcPr>
            <w:tcW w:w="3408" w:type="dxa"/>
          </w:tcPr>
          <w:p w14:paraId="41910C27" w14:textId="32139FBC" w:rsidR="00523665" w:rsidRDefault="005D181A">
            <w:r>
              <w:rPr>
                <w:lang w:bidi="cy-GB"/>
              </w:rPr>
              <w:t xml:space="preserve">Taith </w:t>
            </w:r>
            <w:r w:rsidR="006F19B9">
              <w:rPr>
                <w:lang w:bidi="cy-GB"/>
              </w:rPr>
              <w:t xml:space="preserve">yn </w:t>
            </w:r>
            <w:r w:rsidR="006F19B9">
              <w:rPr>
                <w:rFonts w:cs="Arial"/>
                <w:lang w:bidi="cy-GB"/>
              </w:rPr>
              <w:t>ôl</w:t>
            </w:r>
            <w:r>
              <w:rPr>
                <w:lang w:bidi="cy-GB"/>
              </w:rPr>
              <w:t>.</w:t>
            </w:r>
          </w:p>
        </w:tc>
      </w:tr>
      <w:tr w:rsidR="00523665" w14:paraId="1A007475" w14:textId="77777777">
        <w:trPr>
          <w:jc w:val="center"/>
        </w:trPr>
        <w:tc>
          <w:tcPr>
            <w:tcW w:w="3408" w:type="dxa"/>
          </w:tcPr>
          <w:p w14:paraId="3BA6388A" w14:textId="77777777" w:rsidR="00523665" w:rsidRDefault="005D181A">
            <w:r>
              <w:rPr>
                <w:lang w:bidi="cy-GB"/>
              </w:rPr>
              <w:t>Neuadd y Brifysgol → Campws Cyncoed</w:t>
            </w:r>
          </w:p>
        </w:tc>
        <w:tc>
          <w:tcPr>
            <w:tcW w:w="3408" w:type="dxa"/>
          </w:tcPr>
          <w:p w14:paraId="72D3CA17" w14:textId="77777777" w:rsidR="00523665" w:rsidRDefault="005D181A">
            <w:r>
              <w:rPr>
                <w:lang w:bidi="cy-GB"/>
              </w:rPr>
              <w:t>Daliwch y bws 52 o Neuadd y Brifysgol i Gampws Cyncoed Met Caerdydd.</w:t>
            </w:r>
          </w:p>
        </w:tc>
        <w:tc>
          <w:tcPr>
            <w:tcW w:w="3408" w:type="dxa"/>
          </w:tcPr>
          <w:p w14:paraId="41FCCAE4" w14:textId="77777777" w:rsidR="00523665" w:rsidRDefault="005D181A">
            <w:r>
              <w:rPr>
                <w:lang w:bidi="cy-GB"/>
              </w:rPr>
              <w:t>Cysylltiad uniongyrchol â'r campws lleol.</w:t>
            </w:r>
          </w:p>
        </w:tc>
      </w:tr>
      <w:tr w:rsidR="00523665" w14:paraId="7A71B932" w14:textId="77777777">
        <w:trPr>
          <w:jc w:val="center"/>
        </w:trPr>
        <w:tc>
          <w:tcPr>
            <w:tcW w:w="3408" w:type="dxa"/>
          </w:tcPr>
          <w:p w14:paraId="1E806800" w14:textId="77777777" w:rsidR="00523665" w:rsidRDefault="005D181A">
            <w:r>
              <w:rPr>
                <w:lang w:bidi="cy-GB"/>
              </w:rPr>
              <w:lastRenderedPageBreak/>
              <w:t>Campws Cyncoed → Neuadd y Brifysgol</w:t>
            </w:r>
          </w:p>
        </w:tc>
        <w:tc>
          <w:tcPr>
            <w:tcW w:w="3408" w:type="dxa"/>
          </w:tcPr>
          <w:p w14:paraId="3F228405" w14:textId="77777777" w:rsidR="00523665" w:rsidRDefault="005D181A">
            <w:r>
              <w:rPr>
                <w:lang w:bidi="cy-GB"/>
              </w:rPr>
              <w:t>Daliwch y 52 o Gampws Cyncoed Met Caerdydd tuag at Neuadd y Brifysgol.</w:t>
            </w:r>
          </w:p>
        </w:tc>
        <w:tc>
          <w:tcPr>
            <w:tcW w:w="3408" w:type="dxa"/>
          </w:tcPr>
          <w:p w14:paraId="2A2F7A40" w14:textId="77777777" w:rsidR="00523665" w:rsidRDefault="005D181A">
            <w:r>
              <w:rPr>
                <w:lang w:bidi="cy-GB"/>
              </w:rPr>
              <w:t>Cysylltiad dychwelyd lleol uniongyrchol.</w:t>
            </w:r>
          </w:p>
        </w:tc>
      </w:tr>
    </w:tbl>
    <w:p w14:paraId="4618BED9" w14:textId="779C1780" w:rsidR="00523665" w:rsidRDefault="00523665"/>
    <w:sectPr w:rsidR="00523665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14807058">
    <w:abstractNumId w:val="8"/>
  </w:num>
  <w:num w:numId="2" w16cid:durableId="2116092099">
    <w:abstractNumId w:val="6"/>
  </w:num>
  <w:num w:numId="3" w16cid:durableId="560019965">
    <w:abstractNumId w:val="5"/>
  </w:num>
  <w:num w:numId="4" w16cid:durableId="1841776567">
    <w:abstractNumId w:val="4"/>
  </w:num>
  <w:num w:numId="5" w16cid:durableId="620302146">
    <w:abstractNumId w:val="7"/>
  </w:num>
  <w:num w:numId="6" w16cid:durableId="493690411">
    <w:abstractNumId w:val="3"/>
  </w:num>
  <w:num w:numId="7" w16cid:durableId="865680485">
    <w:abstractNumId w:val="2"/>
  </w:num>
  <w:num w:numId="8" w16cid:durableId="1082993063">
    <w:abstractNumId w:val="1"/>
  </w:num>
  <w:num w:numId="9" w16cid:durableId="881328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74AF"/>
    <w:rsid w:val="0006063C"/>
    <w:rsid w:val="00067625"/>
    <w:rsid w:val="0015074B"/>
    <w:rsid w:val="001C2710"/>
    <w:rsid w:val="001C7CF5"/>
    <w:rsid w:val="001F0FD3"/>
    <w:rsid w:val="0029639D"/>
    <w:rsid w:val="00326F90"/>
    <w:rsid w:val="003A548C"/>
    <w:rsid w:val="003B3F02"/>
    <w:rsid w:val="003E53F4"/>
    <w:rsid w:val="004352C0"/>
    <w:rsid w:val="00465D7B"/>
    <w:rsid w:val="00487C7E"/>
    <w:rsid w:val="00494468"/>
    <w:rsid w:val="004B2782"/>
    <w:rsid w:val="004D212A"/>
    <w:rsid w:val="004D3B06"/>
    <w:rsid w:val="004F5A51"/>
    <w:rsid w:val="00514AD1"/>
    <w:rsid w:val="00523665"/>
    <w:rsid w:val="00523D71"/>
    <w:rsid w:val="00553D6C"/>
    <w:rsid w:val="005C616F"/>
    <w:rsid w:val="005D181A"/>
    <w:rsid w:val="005E27E1"/>
    <w:rsid w:val="0067619A"/>
    <w:rsid w:val="006F19B9"/>
    <w:rsid w:val="00820541"/>
    <w:rsid w:val="00824853"/>
    <w:rsid w:val="00825E71"/>
    <w:rsid w:val="00830F03"/>
    <w:rsid w:val="008D6EE4"/>
    <w:rsid w:val="008E0CA2"/>
    <w:rsid w:val="00906FC7"/>
    <w:rsid w:val="00911262"/>
    <w:rsid w:val="00962A42"/>
    <w:rsid w:val="00980BF4"/>
    <w:rsid w:val="009A03F8"/>
    <w:rsid w:val="009C513A"/>
    <w:rsid w:val="009C6602"/>
    <w:rsid w:val="009F3386"/>
    <w:rsid w:val="00A22FDD"/>
    <w:rsid w:val="00AA1D8D"/>
    <w:rsid w:val="00B4560A"/>
    <w:rsid w:val="00B47730"/>
    <w:rsid w:val="00CB0664"/>
    <w:rsid w:val="00CE6796"/>
    <w:rsid w:val="00DA7BA7"/>
    <w:rsid w:val="00DC1DBF"/>
    <w:rsid w:val="00E34C51"/>
    <w:rsid w:val="00E431DF"/>
    <w:rsid w:val="00E546D6"/>
    <w:rsid w:val="00EB2D76"/>
    <w:rsid w:val="00FC693F"/>
    <w:rsid w:val="00FF1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9E1635F"/>
  <w14:defaultImageDpi w14:val="300"/>
  <w15:docId w15:val="{1A185382-CC2F-4802-9A4C-C0087D397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y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B145319-3913-4E3A-84FC-E98B06A501C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32C4C00-E1F9-4BBE-BE92-B08360D684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9C5A8BC-9B12-4554-872A-20123EB9A8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Llwybrau Bysiau sy'n Croesi'r Ddinas</dc:title>
  <dc:subject/>
  <dc:creator>python-docx</dc:creator>
  <cp:keywords/>
  <dc:description>generated by python-docx</dc:description>
  <cp:lastModifiedBy>Mayo, Jonah</cp:lastModifiedBy>
  <cp:revision>3</cp:revision>
  <dcterms:created xsi:type="dcterms:W3CDTF">2026-10-27T09:10:00Z</dcterms:created>
  <dcterms:modified xsi:type="dcterms:W3CDTF">2026-10-30T08:47:00Z</dcterms:modified>
  <cp:category/>
</cp:coreProperties>
</file>